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29D71" w14:textId="77777777" w:rsidR="00192460" w:rsidRDefault="00DD7BF6" w:rsidP="00192460">
      <w:pPr>
        <w:pStyle w:val="Ttulo1"/>
        <w:rPr>
          <w:color w:val="FF0000"/>
          <w:lang w:val="pt-BR"/>
        </w:rPr>
      </w:pPr>
      <w:r w:rsidRPr="006645EC">
        <w:rPr>
          <w:noProof/>
          <w:color w:val="EE0000"/>
        </w:rPr>
        <w:drawing>
          <wp:anchor distT="0" distB="0" distL="114300" distR="114300" simplePos="0" relativeHeight="251659264" behindDoc="1" locked="0" layoutInCell="1" allowOverlap="1" wp14:anchorId="4B31DD4F" wp14:editId="34C85191">
            <wp:simplePos x="0" y="0"/>
            <wp:positionH relativeFrom="margin">
              <wp:posOffset>4676775</wp:posOffset>
            </wp:positionH>
            <wp:positionV relativeFrom="paragraph">
              <wp:posOffset>-350520</wp:posOffset>
            </wp:positionV>
            <wp:extent cx="1295400" cy="838200"/>
            <wp:effectExtent l="0" t="0" r="0" b="0"/>
            <wp:wrapNone/>
            <wp:docPr id="380634218" name="Picture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3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7200">
        <w:rPr>
          <w:color w:val="FF0000"/>
          <w:lang w:val="pt-BR"/>
        </w:rPr>
        <w:t>REGULAMENTO</w:t>
      </w:r>
      <w:r w:rsidR="00192460">
        <w:rPr>
          <w:color w:val="FF0000"/>
          <w:lang w:val="pt-BR"/>
        </w:rPr>
        <w:t xml:space="preserve"> </w:t>
      </w:r>
      <w:r w:rsidRPr="00467200">
        <w:rPr>
          <w:color w:val="FF0000"/>
          <w:lang w:val="pt-BR"/>
        </w:rPr>
        <w:t>GERAL</w:t>
      </w:r>
    </w:p>
    <w:p w14:paraId="5B6C1FF4" w14:textId="33BA0431" w:rsidR="00192460" w:rsidRPr="00192460" w:rsidRDefault="00DD7BF6" w:rsidP="00192460">
      <w:pPr>
        <w:pStyle w:val="Ttulo1"/>
        <w:rPr>
          <w:color w:val="FF0000"/>
          <w:lang w:val="pt-BR"/>
        </w:rPr>
      </w:pPr>
      <w:r w:rsidRPr="00467200">
        <w:rPr>
          <w:color w:val="FF0000"/>
          <w:lang w:val="pt-BR"/>
        </w:rPr>
        <w:t xml:space="preserve"> </w:t>
      </w:r>
      <w:proofErr w:type="gramStart"/>
      <w:r w:rsidR="00192460">
        <w:rPr>
          <w:color w:val="FF0000"/>
          <w:lang w:val="pt-BR"/>
        </w:rPr>
        <w:t xml:space="preserve">RÚSTICA </w:t>
      </w:r>
      <w:r w:rsidR="00722A9F">
        <w:rPr>
          <w:color w:val="FF0000"/>
          <w:lang w:val="pt-BR"/>
        </w:rPr>
        <w:t>:</w:t>
      </w:r>
      <w:proofErr w:type="gramEnd"/>
      <w:r w:rsidR="00722A9F" w:rsidRPr="00722A9F">
        <w:t xml:space="preserve"> </w:t>
      </w:r>
      <w:proofErr w:type="spellStart"/>
      <w:r w:rsidR="00722A9F" w:rsidRPr="00722A9F">
        <w:rPr>
          <w:color w:val="FF0000"/>
          <w:lang w:val="pt-BR"/>
        </w:rPr>
        <w:t>Vidativa</w:t>
      </w:r>
      <w:proofErr w:type="spellEnd"/>
      <w:r w:rsidR="00722A9F" w:rsidRPr="00722A9F">
        <w:rPr>
          <w:color w:val="FF0000"/>
          <w:lang w:val="pt-BR"/>
        </w:rPr>
        <w:t xml:space="preserve"> e </w:t>
      </w:r>
      <w:proofErr w:type="spellStart"/>
      <w:r w:rsidR="00722A9F" w:rsidRPr="00722A9F">
        <w:rPr>
          <w:color w:val="FF0000"/>
          <w:lang w:val="pt-BR"/>
        </w:rPr>
        <w:t>Farmacia</w:t>
      </w:r>
      <w:proofErr w:type="spellEnd"/>
      <w:r w:rsidR="00722A9F" w:rsidRPr="00722A9F">
        <w:rPr>
          <w:color w:val="FF0000"/>
          <w:lang w:val="pt-BR"/>
        </w:rPr>
        <w:t xml:space="preserve"> </w:t>
      </w:r>
      <w:proofErr w:type="spellStart"/>
      <w:r w:rsidR="00722A9F" w:rsidRPr="00722A9F">
        <w:rPr>
          <w:color w:val="FF0000"/>
          <w:lang w:val="pt-BR"/>
        </w:rPr>
        <w:t>Associads</w:t>
      </w:r>
      <w:proofErr w:type="spellEnd"/>
      <w:r w:rsidR="00722A9F" w:rsidRPr="00722A9F">
        <w:rPr>
          <w:color w:val="FF0000"/>
          <w:lang w:val="pt-BR"/>
        </w:rPr>
        <w:t xml:space="preserve"> RUN - </w:t>
      </w:r>
      <w:proofErr w:type="spellStart"/>
      <w:r w:rsidR="00796327">
        <w:rPr>
          <w:color w:val="FF0000"/>
          <w:lang w:val="pt-BR"/>
        </w:rPr>
        <w:t>V</w:t>
      </w:r>
      <w:r w:rsidR="00722A9F" w:rsidRPr="00722A9F">
        <w:rPr>
          <w:color w:val="FF0000"/>
          <w:lang w:val="pt-BR"/>
        </w:rPr>
        <w:t>ircuito</w:t>
      </w:r>
      <w:proofErr w:type="spellEnd"/>
      <w:r w:rsidR="00722A9F" w:rsidRPr="00722A9F">
        <w:rPr>
          <w:color w:val="FF0000"/>
          <w:lang w:val="pt-BR"/>
        </w:rPr>
        <w:t xml:space="preserve"> Dois Irmãos 2026</w:t>
      </w:r>
    </w:p>
    <w:p w14:paraId="3C2556A9" w14:textId="77777777" w:rsidR="00722A9F" w:rsidRDefault="00722A9F">
      <w:pPr>
        <w:rPr>
          <w:lang w:val="pt-BR"/>
        </w:rPr>
      </w:pPr>
    </w:p>
    <w:p w14:paraId="627A3B71" w14:textId="031EB534" w:rsidR="00EC1E1D" w:rsidRDefault="002465AA">
      <w:pPr>
        <w:rPr>
          <w:lang w:val="pt-BR"/>
        </w:rPr>
      </w:pPr>
      <w:proofErr w:type="gramStart"/>
      <w:r>
        <w:rPr>
          <w:lang w:val="pt-BR"/>
        </w:rPr>
        <w:t>DISTÂNCIA :</w:t>
      </w:r>
      <w:proofErr w:type="gramEnd"/>
      <w:r>
        <w:rPr>
          <w:lang w:val="pt-BR"/>
        </w:rPr>
        <w:t xml:space="preserve"> 5KM CATEGORIAS ADULTO</w:t>
      </w:r>
      <w:r w:rsidR="00722A9F">
        <w:rPr>
          <w:lang w:val="pt-BR"/>
        </w:rPr>
        <w:t xml:space="preserve"> CORRIDA </w:t>
      </w:r>
    </w:p>
    <w:p w14:paraId="2795F876" w14:textId="35CEC95C" w:rsidR="00722A9F" w:rsidRDefault="00722A9F">
      <w:pPr>
        <w:rPr>
          <w:lang w:val="pt-BR"/>
        </w:rPr>
      </w:pPr>
      <w:proofErr w:type="gramStart"/>
      <w:r>
        <w:rPr>
          <w:lang w:val="pt-BR"/>
        </w:rPr>
        <w:t>DISTÂNCIA :</w:t>
      </w:r>
      <w:proofErr w:type="gramEnd"/>
      <w:r>
        <w:rPr>
          <w:lang w:val="pt-BR"/>
        </w:rPr>
        <w:t xml:space="preserve"> 3KM CAMINHADA</w:t>
      </w:r>
    </w:p>
    <w:p w14:paraId="5DF8ACFF" w14:textId="12B0FE84" w:rsidR="00A944CA" w:rsidRDefault="00A944CA">
      <w:pPr>
        <w:rPr>
          <w:lang w:val="pt-BR"/>
        </w:rPr>
      </w:pPr>
      <w:r>
        <w:rPr>
          <w:lang w:val="pt-BR"/>
        </w:rPr>
        <w:t xml:space="preserve">PERCURSO DISPONÍVEIS NO FINAL DO </w:t>
      </w:r>
      <w:proofErr w:type="gramStart"/>
      <w:r>
        <w:rPr>
          <w:lang w:val="pt-BR"/>
        </w:rPr>
        <w:t>REGULAMENTO !</w:t>
      </w:r>
      <w:proofErr w:type="gramEnd"/>
    </w:p>
    <w:p w14:paraId="2043B8D6" w14:textId="1DAA57E6" w:rsidR="00EB6EB2" w:rsidRDefault="00DD7BF6">
      <w:pPr>
        <w:rPr>
          <w:lang w:val="pt-BR"/>
        </w:rPr>
      </w:pPr>
      <w:r w:rsidRPr="001E021E">
        <w:rPr>
          <w:lang w:val="pt-BR"/>
        </w:rPr>
        <w:t xml:space="preserve">Largada e chegada: </w:t>
      </w:r>
      <w:r w:rsidR="00722A9F">
        <w:rPr>
          <w:lang w:val="pt-BR"/>
        </w:rPr>
        <w:t xml:space="preserve">CLUBE SETE DE SETEMBRO </w:t>
      </w:r>
    </w:p>
    <w:p w14:paraId="6E053BC3" w14:textId="3E7A314C" w:rsidR="005808EA" w:rsidRPr="001E021E" w:rsidRDefault="005808EA">
      <w:pPr>
        <w:rPr>
          <w:lang w:val="pt-BR"/>
        </w:rPr>
      </w:pPr>
      <w:r w:rsidRPr="005808EA">
        <w:t xml:space="preserve">Rua Canoas, 377, </w:t>
      </w:r>
      <w:proofErr w:type="spellStart"/>
      <w:r w:rsidRPr="005808EA">
        <w:t>Dois</w:t>
      </w:r>
      <w:proofErr w:type="spellEnd"/>
      <w:r w:rsidRPr="005808EA">
        <w:t xml:space="preserve"> Irmãos, RS 93950-000.</w:t>
      </w:r>
    </w:p>
    <w:p w14:paraId="6116BF15" w14:textId="15B7D949" w:rsidR="00EB6EB2" w:rsidRDefault="00DD7BF6">
      <w:r>
        <w:t xml:space="preserve">Data: </w:t>
      </w:r>
      <w:r w:rsidR="00722A9F">
        <w:t>29</w:t>
      </w:r>
      <w:r w:rsidR="00EC1E1D">
        <w:t>/</w:t>
      </w:r>
      <w:r w:rsidR="00722A9F">
        <w:t>03/</w:t>
      </w:r>
      <w:r w:rsidR="00CC7195">
        <w:t>202</w:t>
      </w:r>
      <w:r w:rsidR="00192460">
        <w:t>6</w:t>
      </w:r>
    </w:p>
    <w:p w14:paraId="40AD8490" w14:textId="28FE0227" w:rsidR="00EB6EB2" w:rsidRDefault="00DD7BF6">
      <w:proofErr w:type="spellStart"/>
      <w:r>
        <w:t>Horário</w:t>
      </w:r>
      <w:proofErr w:type="spellEnd"/>
      <w:r>
        <w:t xml:space="preserve">: </w:t>
      </w:r>
      <w:r w:rsidR="00192460">
        <w:t>8:00HS</w:t>
      </w:r>
    </w:p>
    <w:p w14:paraId="5BC34C6C" w14:textId="4ACAA216" w:rsidR="00EB6EB2" w:rsidRPr="00467200" w:rsidRDefault="00DD7BF6">
      <w:pPr>
        <w:pStyle w:val="Ttulo2"/>
        <w:rPr>
          <w:color w:val="FF0000"/>
        </w:rPr>
      </w:pPr>
      <w:r w:rsidRPr="00467200">
        <w:rPr>
          <w:color w:val="FF0000"/>
        </w:rPr>
        <w:t>MODALIDADES</w:t>
      </w:r>
    </w:p>
    <w:p w14:paraId="34087434" w14:textId="10CEF05D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 xml:space="preserve">Corrida </w:t>
      </w:r>
      <w:r w:rsidR="00467200">
        <w:rPr>
          <w:lang w:val="pt-BR"/>
        </w:rPr>
        <w:t>5</w:t>
      </w:r>
      <w:proofErr w:type="gramStart"/>
      <w:r w:rsidR="00722A9F">
        <w:rPr>
          <w:lang w:val="pt-BR"/>
        </w:rPr>
        <w:t>KM</w:t>
      </w:r>
      <w:r w:rsidRPr="001E021E">
        <w:rPr>
          <w:lang w:val="pt-BR"/>
        </w:rPr>
        <w:t xml:space="preserve"> </w:t>
      </w:r>
      <w:r w:rsidR="0090275A">
        <w:rPr>
          <w:lang w:val="pt-BR"/>
        </w:rPr>
        <w:t xml:space="preserve"> ADULTO</w:t>
      </w:r>
      <w:proofErr w:type="gramEnd"/>
      <w:r w:rsidR="0090275A">
        <w:rPr>
          <w:lang w:val="pt-BR"/>
        </w:rPr>
        <w:t xml:space="preserve"> </w:t>
      </w:r>
      <w:r w:rsidR="00722A9F">
        <w:rPr>
          <w:lang w:val="pt-BR"/>
        </w:rPr>
        <w:t>E CAMINHADA 3KM</w:t>
      </w:r>
    </w:p>
    <w:p w14:paraId="757B4961" w14:textId="1EF5DF00" w:rsidR="00467200" w:rsidRPr="00467200" w:rsidRDefault="00467200" w:rsidP="00862074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55431622" w14:textId="5F4338B1" w:rsidR="00EB6EB2" w:rsidRPr="00467200" w:rsidRDefault="00DD7BF6">
      <w:pPr>
        <w:pStyle w:val="Ttulo2"/>
        <w:rPr>
          <w:color w:val="FF0000"/>
          <w:lang w:val="pt-BR"/>
        </w:rPr>
      </w:pPr>
      <w:r w:rsidRPr="00467200">
        <w:rPr>
          <w:color w:val="FF0000"/>
          <w:lang w:val="pt-BR"/>
        </w:rPr>
        <w:t>ENTREGA DOS KITS</w:t>
      </w:r>
    </w:p>
    <w:p w14:paraId="4D2B00E4" w14:textId="707FC4C3" w:rsidR="00A944CA" w:rsidRDefault="00A944CA" w:rsidP="00A944CA">
      <w:pPr>
        <w:rPr>
          <w:lang w:val="pt-BR"/>
        </w:rPr>
      </w:pPr>
      <w:r w:rsidRPr="00A944CA">
        <w:rPr>
          <w:lang w:val="pt-BR"/>
        </w:rPr>
        <w:t>Dia 2</w:t>
      </w:r>
      <w:r w:rsidR="00B416FF">
        <w:rPr>
          <w:lang w:val="pt-BR"/>
        </w:rPr>
        <w:t>7/03</w:t>
      </w:r>
      <w:r w:rsidRPr="00A944CA">
        <w:rPr>
          <w:lang w:val="pt-BR"/>
        </w:rPr>
        <w:t xml:space="preserve"> das 15:00 até as 20:00 e dia 2</w:t>
      </w:r>
      <w:r w:rsidR="00B416FF">
        <w:rPr>
          <w:lang w:val="pt-BR"/>
        </w:rPr>
        <w:t>8/03</w:t>
      </w:r>
      <w:r w:rsidRPr="00A944CA">
        <w:rPr>
          <w:lang w:val="pt-BR"/>
        </w:rPr>
        <w:t xml:space="preserve"> das 8:00 até 12:00</w:t>
      </w:r>
    </w:p>
    <w:p w14:paraId="388AE84D" w14:textId="264818FC" w:rsidR="00A944CA" w:rsidRPr="00A944CA" w:rsidRDefault="00796327" w:rsidP="00A944CA">
      <w:pPr>
        <w:rPr>
          <w:lang w:val="pt-BR"/>
        </w:rPr>
      </w:pPr>
      <w:r>
        <w:rPr>
          <w:noProof/>
          <w:lang w:val="pt-BR"/>
        </w:rPr>
        <w:drawing>
          <wp:anchor distT="0" distB="0" distL="114300" distR="114300" simplePos="0" relativeHeight="251662336" behindDoc="0" locked="0" layoutInCell="1" allowOverlap="1" wp14:anchorId="48B44218" wp14:editId="552635EA">
            <wp:simplePos x="0" y="0"/>
            <wp:positionH relativeFrom="margin">
              <wp:posOffset>3171825</wp:posOffset>
            </wp:positionH>
            <wp:positionV relativeFrom="paragraph">
              <wp:posOffset>12065</wp:posOffset>
            </wp:positionV>
            <wp:extent cx="1819275" cy="2219557"/>
            <wp:effectExtent l="0" t="0" r="0" b="9525"/>
            <wp:wrapNone/>
            <wp:docPr id="28285728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857284" name="Imagem 28285728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2219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44CA">
        <w:rPr>
          <w:lang w:val="pt-BR"/>
        </w:rPr>
        <w:t xml:space="preserve">(na ACADEMIA </w:t>
      </w:r>
      <w:proofErr w:type="gramStart"/>
      <w:r>
        <w:rPr>
          <w:lang w:val="pt-BR"/>
        </w:rPr>
        <w:t>V</w:t>
      </w:r>
      <w:r w:rsidR="00A944CA">
        <w:rPr>
          <w:lang w:val="pt-BR"/>
        </w:rPr>
        <w:t>IDATIVA )</w:t>
      </w:r>
      <w:proofErr w:type="gramEnd"/>
      <w:r w:rsidR="00A944CA">
        <w:rPr>
          <w:lang w:val="pt-BR"/>
        </w:rPr>
        <w:t xml:space="preserve"> </w:t>
      </w:r>
    </w:p>
    <w:p w14:paraId="7DA03745" w14:textId="5B536E23" w:rsidR="00EB6EB2" w:rsidRPr="001E021E" w:rsidRDefault="00A944CA" w:rsidP="00A944CA">
      <w:pPr>
        <w:rPr>
          <w:lang w:val="pt-BR"/>
        </w:rPr>
      </w:pPr>
      <w:r w:rsidRPr="00A944CA">
        <w:rPr>
          <w:lang w:val="pt-BR"/>
        </w:rPr>
        <w:t xml:space="preserve"> </w:t>
      </w:r>
      <w:r w:rsidR="00DD7BF6" w:rsidRPr="001E021E">
        <w:rPr>
          <w:lang w:val="pt-BR"/>
        </w:rPr>
        <w:t>Não haverá entrega de kits após esse horário.</w:t>
      </w:r>
    </w:p>
    <w:p w14:paraId="0675587E" w14:textId="5858E2A0" w:rsidR="00EB6EB2" w:rsidRDefault="00DD7BF6">
      <w:r>
        <w:t xml:space="preserve">Kit da </w:t>
      </w:r>
      <w:proofErr w:type="spellStart"/>
      <w:r>
        <w:t>Prova</w:t>
      </w:r>
      <w:proofErr w:type="spellEnd"/>
      <w:r>
        <w:t xml:space="preserve"> </w:t>
      </w:r>
      <w:proofErr w:type="spellStart"/>
      <w:r>
        <w:t>inclui</w:t>
      </w:r>
      <w:proofErr w:type="spellEnd"/>
      <w:r>
        <w:t>:</w:t>
      </w:r>
      <w:r w:rsidR="00A944CA">
        <w:t xml:space="preserve">    </w:t>
      </w:r>
    </w:p>
    <w:p w14:paraId="5ED08827" w14:textId="35428F30" w:rsidR="00EB6EB2" w:rsidRDefault="00DD7BF6">
      <w:pPr>
        <w:pStyle w:val="Commarcadores"/>
      </w:pPr>
      <w:proofErr w:type="spellStart"/>
      <w:r>
        <w:t>Camiseta</w:t>
      </w:r>
      <w:proofErr w:type="spellEnd"/>
      <w:r>
        <w:t xml:space="preserve"> do </w:t>
      </w:r>
      <w:proofErr w:type="spellStart"/>
      <w:r>
        <w:t>evento</w:t>
      </w:r>
      <w:proofErr w:type="spellEnd"/>
    </w:p>
    <w:p w14:paraId="01042AB8" w14:textId="77777777" w:rsidR="00EB6EB2" w:rsidRDefault="00DD7BF6">
      <w:pPr>
        <w:pStyle w:val="Commarcadores"/>
      </w:pPr>
      <w:proofErr w:type="spellStart"/>
      <w:r>
        <w:t>Número</w:t>
      </w:r>
      <w:proofErr w:type="spellEnd"/>
      <w:r>
        <w:t xml:space="preserve"> de </w:t>
      </w:r>
      <w:proofErr w:type="spellStart"/>
      <w:r>
        <w:t>peito</w:t>
      </w:r>
      <w:proofErr w:type="spellEnd"/>
    </w:p>
    <w:p w14:paraId="7FE08484" w14:textId="3F061476" w:rsidR="00DD7BF6" w:rsidRDefault="00DD7BF6">
      <w:pPr>
        <w:pStyle w:val="Commarcadores"/>
      </w:pPr>
      <w:proofErr w:type="spellStart"/>
      <w:r>
        <w:t>Medalha</w:t>
      </w:r>
      <w:proofErr w:type="spellEnd"/>
      <w:r>
        <w:t xml:space="preserve"> de </w:t>
      </w:r>
      <w:proofErr w:type="spellStart"/>
      <w:r>
        <w:t>participação</w:t>
      </w:r>
      <w:proofErr w:type="spellEnd"/>
    </w:p>
    <w:p w14:paraId="2C4CC4AC" w14:textId="411FEAFE" w:rsidR="00796327" w:rsidRDefault="00796327">
      <w:pPr>
        <w:pStyle w:val="Commarcadores"/>
      </w:pPr>
      <w:r>
        <w:t xml:space="preserve">+ BRINDES </w:t>
      </w:r>
    </w:p>
    <w:p w14:paraId="17E79390" w14:textId="4B89C893" w:rsidR="00EB6EB2" w:rsidRDefault="00467200">
      <w:pPr>
        <w:pStyle w:val="Commarcadores"/>
      </w:pPr>
      <w:r>
        <w:t xml:space="preserve"> + PREMIAÇÃO CATEGORIAS </w:t>
      </w:r>
    </w:p>
    <w:p w14:paraId="373FFB6A" w14:textId="1B22E553" w:rsidR="00467200" w:rsidRDefault="00467200" w:rsidP="00467200">
      <w:pPr>
        <w:pStyle w:val="Commarcadores"/>
        <w:numPr>
          <w:ilvl w:val="0"/>
          <w:numId w:val="0"/>
        </w:numPr>
      </w:pPr>
    </w:p>
    <w:p w14:paraId="2A14B011" w14:textId="032874D0" w:rsidR="00EB6EB2" w:rsidRDefault="00DD7BF6">
      <w:pPr>
        <w:pStyle w:val="Ttulo2"/>
        <w:rPr>
          <w:color w:val="FF0000"/>
        </w:rPr>
      </w:pPr>
      <w:r w:rsidRPr="00467200">
        <w:rPr>
          <w:color w:val="FF0000"/>
        </w:rPr>
        <w:t>VALOR DA INSCRIÇÃO</w:t>
      </w:r>
      <w:r w:rsidR="00467200">
        <w:rPr>
          <w:color w:val="FF0000"/>
        </w:rPr>
        <w:t xml:space="preserve">  </w:t>
      </w:r>
    </w:p>
    <w:p w14:paraId="6323156C" w14:textId="329527AE" w:rsidR="00722A9F" w:rsidRPr="00722A9F" w:rsidRDefault="00722A9F" w:rsidP="00722A9F">
      <w:pPr>
        <w:rPr>
          <w:color w:val="EE0000"/>
          <w:u w:val="single"/>
        </w:rPr>
      </w:pPr>
      <w:r w:rsidRPr="00722A9F">
        <w:rPr>
          <w:color w:val="EE0000"/>
          <w:u w:val="single"/>
        </w:rPr>
        <w:t xml:space="preserve">CORRIDA 5KM </w:t>
      </w:r>
    </w:p>
    <w:p w14:paraId="76B3365B" w14:textId="670BA513" w:rsidR="00EB6EB2" w:rsidRDefault="00DD7BF6">
      <w:pPr>
        <w:rPr>
          <w:lang w:val="pt-BR"/>
        </w:rPr>
      </w:pPr>
      <w:r w:rsidRPr="001E021E">
        <w:rPr>
          <w:lang w:val="pt-BR"/>
        </w:rPr>
        <w:t>R$</w:t>
      </w:r>
      <w:r w:rsidR="007C5C31">
        <w:rPr>
          <w:lang w:val="pt-BR"/>
        </w:rPr>
        <w:t>8</w:t>
      </w:r>
      <w:r w:rsidR="00722A9F">
        <w:rPr>
          <w:lang w:val="pt-BR"/>
        </w:rPr>
        <w:t>5,00</w:t>
      </w:r>
      <w:r w:rsidRPr="001E021E">
        <w:rPr>
          <w:lang w:val="pt-BR"/>
        </w:rPr>
        <w:t xml:space="preserve"> (com kit completo: camiseta, número e medalha)</w:t>
      </w:r>
    </w:p>
    <w:p w14:paraId="3B9035D2" w14:textId="460A49E6" w:rsidR="00467200" w:rsidRDefault="00467200">
      <w:pPr>
        <w:rPr>
          <w:lang w:val="pt-BR"/>
        </w:rPr>
      </w:pPr>
      <w:r>
        <w:rPr>
          <w:lang w:val="pt-BR"/>
        </w:rPr>
        <w:t xml:space="preserve">POR PIX </w:t>
      </w:r>
      <w:proofErr w:type="gramStart"/>
      <w:r>
        <w:rPr>
          <w:lang w:val="pt-BR"/>
        </w:rPr>
        <w:t xml:space="preserve">FONE </w:t>
      </w:r>
      <w:r w:rsidR="00A944CA">
        <w:rPr>
          <w:lang w:val="pt-BR"/>
        </w:rPr>
        <w:t xml:space="preserve"> &gt;</w:t>
      </w:r>
      <w:proofErr w:type="gramEnd"/>
      <w:r w:rsidR="00A944CA">
        <w:rPr>
          <w:lang w:val="pt-BR"/>
        </w:rPr>
        <w:t xml:space="preserve"> </w:t>
      </w:r>
      <w:r w:rsidR="00A944CA" w:rsidRPr="00A944CA">
        <w:rPr>
          <w:lang w:val="pt-BR"/>
        </w:rPr>
        <w:t>Pix da conta: (051) 99626-3313</w:t>
      </w:r>
    </w:p>
    <w:p w14:paraId="60071356" w14:textId="176C3F5F" w:rsidR="00796327" w:rsidRDefault="00796327">
      <w:pPr>
        <w:rPr>
          <w:lang w:val="pt-BR"/>
        </w:rPr>
      </w:pPr>
      <w:r>
        <w:rPr>
          <w:lang w:val="pt-BR"/>
        </w:rPr>
        <w:lastRenderedPageBreak/>
        <w:t xml:space="preserve">&gt;&gt;&gt; ENVIAR COMPROVANTE DO PIX PARA FONE </w:t>
      </w:r>
      <w:proofErr w:type="gramStart"/>
      <w:r>
        <w:rPr>
          <w:lang w:val="pt-BR"/>
        </w:rPr>
        <w:t>WATS :</w:t>
      </w:r>
      <w:proofErr w:type="gramEnd"/>
      <w:r>
        <w:rPr>
          <w:lang w:val="pt-BR"/>
        </w:rPr>
        <w:t xml:space="preserve"> </w:t>
      </w:r>
      <w:r w:rsidRPr="00A944CA">
        <w:rPr>
          <w:lang w:val="pt-BR"/>
        </w:rPr>
        <w:t>(051) 99626-3313</w:t>
      </w:r>
      <w:r>
        <w:rPr>
          <w:lang w:val="pt-BR"/>
        </w:rPr>
        <w:t xml:space="preserve"> &lt;&lt;&lt;</w:t>
      </w:r>
    </w:p>
    <w:p w14:paraId="7789A4F8" w14:textId="02BDDE53" w:rsidR="00722A9F" w:rsidRDefault="00722A9F">
      <w:pPr>
        <w:rPr>
          <w:color w:val="EE0000"/>
          <w:u w:val="single"/>
          <w:lang w:val="pt-BR"/>
        </w:rPr>
      </w:pPr>
      <w:r w:rsidRPr="00722A9F">
        <w:rPr>
          <w:color w:val="EE0000"/>
          <w:u w:val="single"/>
          <w:lang w:val="pt-BR"/>
        </w:rPr>
        <w:t xml:space="preserve">CAMINHADA 3KM </w:t>
      </w:r>
    </w:p>
    <w:p w14:paraId="6A0597A9" w14:textId="090E95E5" w:rsidR="00722A9F" w:rsidRDefault="00722A9F" w:rsidP="00722A9F">
      <w:pPr>
        <w:rPr>
          <w:lang w:val="pt-BR"/>
        </w:rPr>
      </w:pPr>
      <w:r w:rsidRPr="001E021E">
        <w:rPr>
          <w:lang w:val="pt-BR"/>
        </w:rPr>
        <w:t>R$</w:t>
      </w:r>
      <w:r>
        <w:rPr>
          <w:lang w:val="pt-BR"/>
        </w:rPr>
        <w:t>55,00</w:t>
      </w:r>
      <w:r w:rsidRPr="001E021E">
        <w:rPr>
          <w:lang w:val="pt-BR"/>
        </w:rPr>
        <w:t xml:space="preserve"> (com kit completo: camiseta, número e medalha)</w:t>
      </w:r>
    </w:p>
    <w:p w14:paraId="73981A37" w14:textId="77777777" w:rsidR="00722A9F" w:rsidRDefault="00722A9F" w:rsidP="00722A9F">
      <w:pPr>
        <w:rPr>
          <w:lang w:val="pt-BR"/>
        </w:rPr>
      </w:pPr>
      <w:r>
        <w:rPr>
          <w:lang w:val="pt-BR"/>
        </w:rPr>
        <w:t xml:space="preserve">POR PIX FONE </w:t>
      </w:r>
    </w:p>
    <w:p w14:paraId="52762DB5" w14:textId="77777777" w:rsidR="00796327" w:rsidRDefault="00796327" w:rsidP="00722A9F">
      <w:pPr>
        <w:rPr>
          <w:lang w:val="pt-BR"/>
        </w:rPr>
      </w:pPr>
    </w:p>
    <w:p w14:paraId="4FBE853B" w14:textId="5DF08F29" w:rsidR="00796327" w:rsidRDefault="00796327" w:rsidP="00796327">
      <w:pPr>
        <w:rPr>
          <w:lang w:val="pt-BR"/>
        </w:rPr>
      </w:pPr>
      <w:r>
        <w:rPr>
          <w:lang w:val="pt-BR"/>
        </w:rPr>
        <w:t xml:space="preserve">&gt;&gt;&gt; ENVIAR COMPROVANTE DO PIX PARA FONE </w:t>
      </w:r>
      <w:proofErr w:type="gramStart"/>
      <w:r>
        <w:rPr>
          <w:lang w:val="pt-BR"/>
        </w:rPr>
        <w:t>WATS :</w:t>
      </w:r>
      <w:proofErr w:type="gramEnd"/>
      <w:r>
        <w:rPr>
          <w:lang w:val="pt-BR"/>
        </w:rPr>
        <w:t xml:space="preserve"> </w:t>
      </w:r>
      <w:r w:rsidRPr="00A944CA">
        <w:rPr>
          <w:lang w:val="pt-BR"/>
        </w:rPr>
        <w:t>(051) 99626-3313</w:t>
      </w:r>
      <w:r>
        <w:rPr>
          <w:lang w:val="pt-BR"/>
        </w:rPr>
        <w:t xml:space="preserve"> &lt;&lt;&lt;</w:t>
      </w:r>
    </w:p>
    <w:p w14:paraId="79E35FDE" w14:textId="5B0A06D8" w:rsidR="00796327" w:rsidRDefault="00796327" w:rsidP="00722A9F">
      <w:pPr>
        <w:rPr>
          <w:lang w:val="pt-BR"/>
        </w:rPr>
      </w:pPr>
    </w:p>
    <w:p w14:paraId="2BAB69C6" w14:textId="77777777" w:rsidR="00722A9F" w:rsidRPr="00722A9F" w:rsidRDefault="00722A9F">
      <w:pPr>
        <w:rPr>
          <w:color w:val="EE0000"/>
          <w:u w:val="single"/>
          <w:lang w:val="pt-BR"/>
        </w:rPr>
      </w:pPr>
    </w:p>
    <w:p w14:paraId="54392FC4" w14:textId="6F7AA422" w:rsidR="00EB6EB2" w:rsidRPr="00467200" w:rsidRDefault="00DD7BF6">
      <w:pPr>
        <w:pStyle w:val="Ttulo2"/>
        <w:rPr>
          <w:color w:val="FF0000"/>
          <w:lang w:val="pt-BR"/>
        </w:rPr>
      </w:pPr>
      <w:r w:rsidRPr="00467200">
        <w:rPr>
          <w:color w:val="FF0000"/>
          <w:lang w:val="pt-BR"/>
        </w:rPr>
        <w:t>PREMIAÇÃO</w:t>
      </w:r>
    </w:p>
    <w:p w14:paraId="30EA473F" w14:textId="1881C691" w:rsidR="00EB6EB2" w:rsidRPr="001E021E" w:rsidRDefault="00DD7BF6">
      <w:pPr>
        <w:rPr>
          <w:lang w:val="pt-BR"/>
        </w:rPr>
      </w:pPr>
      <w:r w:rsidRPr="001E021E">
        <w:rPr>
          <w:lang w:val="pt-BR"/>
        </w:rPr>
        <w:t xml:space="preserve">Corrida </w:t>
      </w:r>
      <w:r w:rsidR="00467200">
        <w:rPr>
          <w:lang w:val="pt-BR"/>
        </w:rPr>
        <w:t>5</w:t>
      </w:r>
      <w:r w:rsidR="001E021E" w:rsidRPr="001E021E">
        <w:rPr>
          <w:lang w:val="pt-BR"/>
        </w:rPr>
        <w:t xml:space="preserve">Km </w:t>
      </w:r>
      <w:r w:rsidRPr="001E021E">
        <w:rPr>
          <w:lang w:val="pt-BR"/>
        </w:rPr>
        <w:t>(individual):</w:t>
      </w:r>
    </w:p>
    <w:p w14:paraId="26BC1BF2" w14:textId="7FB776B8" w:rsidR="00EB6EB2" w:rsidRDefault="00DD7BF6">
      <w:pPr>
        <w:pStyle w:val="Commarcadores"/>
        <w:rPr>
          <w:lang w:val="pt-BR"/>
        </w:rPr>
      </w:pPr>
      <w:r w:rsidRPr="001E021E">
        <w:rPr>
          <w:lang w:val="pt-BR"/>
        </w:rPr>
        <w:t xml:space="preserve">Troféus do 1º ao </w:t>
      </w:r>
      <w:r w:rsidR="00516D7F">
        <w:rPr>
          <w:lang w:val="pt-BR"/>
        </w:rPr>
        <w:t>5</w:t>
      </w:r>
      <w:r w:rsidRPr="001E021E">
        <w:rPr>
          <w:lang w:val="pt-BR"/>
        </w:rPr>
        <w:t>º lugar – Geral Masculino e Geral Feminino</w:t>
      </w:r>
    </w:p>
    <w:p w14:paraId="788554FA" w14:textId="5083D4EA" w:rsidR="00467200" w:rsidRPr="001E021E" w:rsidRDefault="00467200">
      <w:pPr>
        <w:pStyle w:val="Commarcadores"/>
        <w:rPr>
          <w:lang w:val="pt-BR"/>
        </w:rPr>
      </w:pPr>
      <w:r>
        <w:rPr>
          <w:lang w:val="pt-BR"/>
        </w:rPr>
        <w:t xml:space="preserve">TROFÉUS AOS CAMPEÕES DE CADA FAIXA ETÁRIA </w:t>
      </w:r>
    </w:p>
    <w:p w14:paraId="1988E783" w14:textId="41B94BD4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 xml:space="preserve">Medalhas para </w:t>
      </w:r>
      <w:r w:rsidR="00467200">
        <w:rPr>
          <w:lang w:val="pt-BR"/>
        </w:rPr>
        <w:t xml:space="preserve">2º ao </w:t>
      </w:r>
      <w:r w:rsidR="00516D7F">
        <w:rPr>
          <w:lang w:val="pt-BR"/>
        </w:rPr>
        <w:t>3</w:t>
      </w:r>
      <w:r w:rsidR="00467200">
        <w:rPr>
          <w:lang w:val="pt-BR"/>
        </w:rPr>
        <w:t xml:space="preserve">º </w:t>
      </w:r>
      <w:r w:rsidRPr="001E021E">
        <w:rPr>
          <w:lang w:val="pt-BR"/>
        </w:rPr>
        <w:t xml:space="preserve"> colocados por faixa etária:</w:t>
      </w:r>
    </w:p>
    <w:p w14:paraId="342642D7" w14:textId="77777777" w:rsidR="00EB6EB2" w:rsidRDefault="00DD7BF6">
      <w:pPr>
        <w:pStyle w:val="Commarcadores"/>
      </w:pPr>
      <w:r>
        <w:t xml:space="preserve">15 a 19 </w:t>
      </w:r>
      <w:proofErr w:type="spellStart"/>
      <w:r>
        <w:t>anos</w:t>
      </w:r>
      <w:proofErr w:type="spellEnd"/>
    </w:p>
    <w:p w14:paraId="3ADEF910" w14:textId="77777777" w:rsidR="00EB6EB2" w:rsidRDefault="00DD7BF6">
      <w:pPr>
        <w:pStyle w:val="Commarcadores"/>
      </w:pPr>
      <w:r>
        <w:t xml:space="preserve">20 a 24 </w:t>
      </w:r>
      <w:proofErr w:type="spellStart"/>
      <w:r>
        <w:t>anos</w:t>
      </w:r>
      <w:proofErr w:type="spellEnd"/>
    </w:p>
    <w:p w14:paraId="1705B52E" w14:textId="77777777" w:rsidR="00EB6EB2" w:rsidRDefault="00DD7BF6">
      <w:pPr>
        <w:pStyle w:val="Commarcadores"/>
      </w:pPr>
      <w:r>
        <w:t xml:space="preserve">25 a 29 </w:t>
      </w:r>
      <w:proofErr w:type="spellStart"/>
      <w:r>
        <w:t>anos</w:t>
      </w:r>
      <w:proofErr w:type="spellEnd"/>
    </w:p>
    <w:p w14:paraId="51045B6F" w14:textId="77777777" w:rsidR="00EB6EB2" w:rsidRDefault="00DD7BF6">
      <w:pPr>
        <w:pStyle w:val="Commarcadores"/>
      </w:pPr>
      <w:r>
        <w:t xml:space="preserve">30 a 34 </w:t>
      </w:r>
      <w:proofErr w:type="spellStart"/>
      <w:r>
        <w:t>anos</w:t>
      </w:r>
      <w:proofErr w:type="spellEnd"/>
    </w:p>
    <w:p w14:paraId="2F34943B" w14:textId="77777777" w:rsidR="00EB6EB2" w:rsidRDefault="00DD7BF6">
      <w:pPr>
        <w:pStyle w:val="Commarcadores"/>
      </w:pPr>
      <w:r>
        <w:t xml:space="preserve">35 a 39 </w:t>
      </w:r>
      <w:proofErr w:type="spellStart"/>
      <w:r>
        <w:t>anos</w:t>
      </w:r>
      <w:proofErr w:type="spellEnd"/>
    </w:p>
    <w:p w14:paraId="0F276C49" w14:textId="77777777" w:rsidR="00EB6EB2" w:rsidRDefault="00DD7BF6">
      <w:pPr>
        <w:pStyle w:val="Commarcadores"/>
      </w:pPr>
      <w:r>
        <w:t xml:space="preserve">40 a 44 </w:t>
      </w:r>
      <w:proofErr w:type="spellStart"/>
      <w:r>
        <w:t>anos</w:t>
      </w:r>
      <w:proofErr w:type="spellEnd"/>
    </w:p>
    <w:p w14:paraId="7671DF9E" w14:textId="77777777" w:rsidR="00EB6EB2" w:rsidRDefault="00DD7BF6">
      <w:pPr>
        <w:pStyle w:val="Commarcadores"/>
      </w:pPr>
      <w:r>
        <w:t xml:space="preserve">45 a 49 </w:t>
      </w:r>
      <w:proofErr w:type="spellStart"/>
      <w:r>
        <w:t>anos</w:t>
      </w:r>
      <w:proofErr w:type="spellEnd"/>
    </w:p>
    <w:p w14:paraId="099CABF5" w14:textId="77777777" w:rsidR="00EB6EB2" w:rsidRDefault="00DD7BF6">
      <w:pPr>
        <w:pStyle w:val="Commarcadores"/>
      </w:pPr>
      <w:r>
        <w:t xml:space="preserve">50 a 54 </w:t>
      </w:r>
      <w:proofErr w:type="spellStart"/>
      <w:r>
        <w:t>anos</w:t>
      </w:r>
      <w:proofErr w:type="spellEnd"/>
    </w:p>
    <w:p w14:paraId="5A7D9DB6" w14:textId="77777777" w:rsidR="00EB6EB2" w:rsidRDefault="00DD7BF6">
      <w:pPr>
        <w:pStyle w:val="Commarcadores"/>
      </w:pPr>
      <w:r>
        <w:t xml:space="preserve">55 a 59 </w:t>
      </w:r>
      <w:proofErr w:type="spellStart"/>
      <w:r>
        <w:t>anos</w:t>
      </w:r>
      <w:proofErr w:type="spellEnd"/>
    </w:p>
    <w:p w14:paraId="20182271" w14:textId="77777777" w:rsidR="00EB6EB2" w:rsidRDefault="00DD7BF6">
      <w:pPr>
        <w:pStyle w:val="Commarcadores"/>
      </w:pPr>
      <w:r>
        <w:t xml:space="preserve">60 a 64 </w:t>
      </w:r>
      <w:proofErr w:type="spellStart"/>
      <w:r>
        <w:t>anos</w:t>
      </w:r>
      <w:proofErr w:type="spellEnd"/>
    </w:p>
    <w:p w14:paraId="58EDFBED" w14:textId="77777777" w:rsidR="00EB6EB2" w:rsidRDefault="00DD7BF6">
      <w:pPr>
        <w:pStyle w:val="Commarcadores"/>
      </w:pPr>
      <w:r>
        <w:t xml:space="preserve">65 a 69 </w:t>
      </w:r>
      <w:proofErr w:type="spellStart"/>
      <w:r>
        <w:t>anos</w:t>
      </w:r>
      <w:proofErr w:type="spellEnd"/>
    </w:p>
    <w:p w14:paraId="3CE699C0" w14:textId="77777777" w:rsidR="00EB6EB2" w:rsidRDefault="00DD7BF6">
      <w:pPr>
        <w:pStyle w:val="Commarcadores"/>
      </w:pPr>
      <w:r>
        <w:t xml:space="preserve">70 </w:t>
      </w:r>
      <w:proofErr w:type="spellStart"/>
      <w:r>
        <w:t>anos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mais</w:t>
      </w:r>
      <w:proofErr w:type="spellEnd"/>
    </w:p>
    <w:p w14:paraId="5CFF209D" w14:textId="6C8BEB06" w:rsidR="00EB6EB2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Medalha de participação a todos os inscritos.</w:t>
      </w:r>
    </w:p>
    <w:p w14:paraId="0399E807" w14:textId="381BB11A" w:rsidR="00722A9F" w:rsidRPr="001E021E" w:rsidRDefault="00722A9F">
      <w:pPr>
        <w:pStyle w:val="Commarcadores"/>
        <w:rPr>
          <w:lang w:val="pt-BR"/>
        </w:rPr>
      </w:pPr>
      <w:r>
        <w:rPr>
          <w:lang w:val="pt-BR"/>
        </w:rPr>
        <w:t>TROFÉU PARA A MAIOR EQUIPE NO EVENTO</w:t>
      </w:r>
    </w:p>
    <w:p w14:paraId="42930EF6" w14:textId="77777777" w:rsidR="00EB6EB2" w:rsidRPr="00467200" w:rsidRDefault="00DD7BF6">
      <w:pPr>
        <w:pStyle w:val="Ttulo2"/>
        <w:rPr>
          <w:color w:val="FF0000"/>
        </w:rPr>
      </w:pPr>
      <w:r w:rsidRPr="00467200">
        <w:rPr>
          <w:color w:val="FF0000"/>
        </w:rPr>
        <w:t>CONSIDERAÇÕES GERAIS</w:t>
      </w:r>
    </w:p>
    <w:p w14:paraId="25BB6032" w14:textId="77777777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Os participantes deverão respeitar o trajeto definido pela organização.</w:t>
      </w:r>
    </w:p>
    <w:p w14:paraId="20662619" w14:textId="77777777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A corrida será realizada sob qualquer condição climática, salvo risco extremo à integridade dos participantes e seus pets.</w:t>
      </w:r>
    </w:p>
    <w:p w14:paraId="09D04EF3" w14:textId="77777777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É obrigatória a utilização do número de peito visível durante a prova.</w:t>
      </w:r>
    </w:p>
    <w:p w14:paraId="74813B28" w14:textId="77777777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Caso o evento precise ser adiado por motivo de força maior, a inscrição será válida para a nova data.</w:t>
      </w:r>
    </w:p>
    <w:p w14:paraId="1CC75D54" w14:textId="5627BBD5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 xml:space="preserve">Será disponibilizado ponto de hidratação </w:t>
      </w:r>
      <w:r w:rsidR="00467200">
        <w:rPr>
          <w:lang w:val="pt-BR"/>
        </w:rPr>
        <w:t>NO KM 2,5KM</w:t>
      </w:r>
    </w:p>
    <w:p w14:paraId="2754134B" w14:textId="77777777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lastRenderedPageBreak/>
        <w:t>Ambulância estará disponível para atendimento emergencial.</w:t>
      </w:r>
    </w:p>
    <w:p w14:paraId="62AA5AAA" w14:textId="77777777" w:rsidR="00467200" w:rsidRDefault="00DD7BF6">
      <w:pPr>
        <w:pStyle w:val="Commarcadores"/>
        <w:rPr>
          <w:lang w:val="pt-BR"/>
        </w:rPr>
      </w:pPr>
      <w:r w:rsidRPr="001E021E">
        <w:rPr>
          <w:lang w:val="pt-BR"/>
        </w:rPr>
        <w:t xml:space="preserve">A inscrição implica na aceitação do uso da imagem dos participantes </w:t>
      </w:r>
    </w:p>
    <w:p w14:paraId="5F74EB6D" w14:textId="7B2C0435" w:rsidR="00EB6EB2" w:rsidRPr="001E021E" w:rsidRDefault="00DD7BF6">
      <w:pPr>
        <w:pStyle w:val="Commarcadores"/>
        <w:rPr>
          <w:lang w:val="pt-BR"/>
        </w:rPr>
      </w:pPr>
      <w:r w:rsidRPr="001E021E">
        <w:rPr>
          <w:lang w:val="pt-BR"/>
        </w:rPr>
        <w:t>para divulgação do evento.</w:t>
      </w:r>
    </w:p>
    <w:p w14:paraId="2378A3DE" w14:textId="1C380009" w:rsidR="00EB6EB2" w:rsidRDefault="00DD7BF6">
      <w:pPr>
        <w:pStyle w:val="Commarcadores"/>
      </w:pPr>
      <w:r>
        <w:t xml:space="preserve">É </w:t>
      </w:r>
      <w:proofErr w:type="spellStart"/>
      <w:proofErr w:type="gramStart"/>
      <w:r>
        <w:t>pro</w:t>
      </w:r>
      <w:r w:rsidR="00EC1E1D">
        <w:t>i</w:t>
      </w:r>
      <w:r>
        <w:t>b</w:t>
      </w:r>
      <w:r w:rsidR="00EC1E1D">
        <w:t>i</w:t>
      </w:r>
      <w:r w:rsidR="0090275A">
        <w:t>do</w:t>
      </w:r>
      <w:proofErr w:type="spellEnd"/>
      <w:r w:rsidR="0090275A">
        <w:t xml:space="preserve"> :</w:t>
      </w:r>
      <w:proofErr w:type="gramEnd"/>
    </w:p>
    <w:p w14:paraId="66334B5F" w14:textId="77777777" w:rsidR="00EB6EB2" w:rsidRPr="001E021E" w:rsidRDefault="00DD7BF6">
      <w:pPr>
        <w:pStyle w:val="Commarcadores2"/>
        <w:rPr>
          <w:lang w:val="pt-BR"/>
        </w:rPr>
      </w:pPr>
      <w:r w:rsidRPr="001E021E">
        <w:rPr>
          <w:lang w:val="pt-BR"/>
        </w:rPr>
        <w:t>Utilizar qualquer meio ilícito para vantagem durante a prova;</w:t>
      </w:r>
    </w:p>
    <w:p w14:paraId="58DF5F8A" w14:textId="77777777" w:rsidR="00EB6EB2" w:rsidRPr="001E021E" w:rsidRDefault="00DD7BF6">
      <w:pPr>
        <w:pStyle w:val="Commarcadores2"/>
        <w:rPr>
          <w:lang w:val="pt-BR"/>
        </w:rPr>
      </w:pPr>
      <w:r w:rsidRPr="001E021E">
        <w:rPr>
          <w:lang w:val="pt-BR"/>
        </w:rPr>
        <w:t>Desrespeitar participantes, equipe ou organização;</w:t>
      </w:r>
    </w:p>
    <w:p w14:paraId="04C043AC" w14:textId="77777777" w:rsidR="00EB6EB2" w:rsidRDefault="00DD7BF6">
      <w:pPr>
        <w:pStyle w:val="Commarcadores2"/>
        <w:rPr>
          <w:lang w:val="pt-BR"/>
        </w:rPr>
      </w:pPr>
      <w:r w:rsidRPr="001E021E">
        <w:rPr>
          <w:lang w:val="pt-BR"/>
        </w:rPr>
        <w:t>Trocar número de peito sem aviso prévio à organização.</w:t>
      </w:r>
    </w:p>
    <w:p w14:paraId="577649F1" w14:textId="77777777" w:rsidR="00A944CA" w:rsidRDefault="00A944CA" w:rsidP="00A944CA">
      <w:pPr>
        <w:pStyle w:val="Commarcadores2"/>
        <w:numPr>
          <w:ilvl w:val="0"/>
          <w:numId w:val="0"/>
        </w:numPr>
        <w:ind w:left="360"/>
        <w:rPr>
          <w:lang w:val="pt-BR"/>
        </w:rPr>
      </w:pPr>
    </w:p>
    <w:p w14:paraId="02CB740D" w14:textId="678E4191" w:rsidR="00A944CA" w:rsidRDefault="00A944CA" w:rsidP="00A944CA">
      <w:pPr>
        <w:pStyle w:val="Commarcadores2"/>
        <w:numPr>
          <w:ilvl w:val="0"/>
          <w:numId w:val="0"/>
        </w:numPr>
        <w:ind w:left="360"/>
        <w:rPr>
          <w:lang w:val="pt-BR"/>
        </w:rPr>
      </w:pPr>
      <w:r>
        <w:rPr>
          <w:lang w:val="pt-BR"/>
        </w:rPr>
        <w:t>PERCURSOS DA PPROVA</w:t>
      </w:r>
    </w:p>
    <w:p w14:paraId="3E7644B9" w14:textId="77777777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lang w:val="pt-BR"/>
        </w:rPr>
      </w:pPr>
    </w:p>
    <w:p w14:paraId="1307078E" w14:textId="737050E5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lang w:val="pt-BR"/>
        </w:rPr>
      </w:pPr>
      <w:r>
        <w:rPr>
          <w:lang w:val="pt-BR"/>
        </w:rPr>
        <w:t>CAMINHADA</w:t>
      </w:r>
    </w:p>
    <w:p w14:paraId="5D4D0EFB" w14:textId="1297DD32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670D941D" wp14:editId="10DE666D">
            <wp:extent cx="2419350" cy="2834793"/>
            <wp:effectExtent l="0" t="0" r="0" b="3810"/>
            <wp:docPr id="66882756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827563" name="Imagem 66882756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2627" cy="283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2BD35" w14:textId="77777777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lang w:val="pt-BR"/>
        </w:rPr>
      </w:pPr>
    </w:p>
    <w:p w14:paraId="6438444A" w14:textId="77777777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noProof/>
          <w:lang w:val="pt-BR"/>
        </w:rPr>
      </w:pPr>
      <w:r>
        <w:rPr>
          <w:lang w:val="pt-BR"/>
        </w:rPr>
        <w:t>CORRIDA 5K</w:t>
      </w:r>
    </w:p>
    <w:p w14:paraId="79A21EEF" w14:textId="5B247458" w:rsidR="00A944CA" w:rsidRDefault="00A944CA" w:rsidP="00A944CA">
      <w:pPr>
        <w:pStyle w:val="Commarcadores2"/>
        <w:numPr>
          <w:ilvl w:val="0"/>
          <w:numId w:val="0"/>
        </w:numPr>
        <w:ind w:left="720"/>
        <w:rPr>
          <w:noProof/>
          <w:lang w:val="pt-BR"/>
        </w:rPr>
      </w:pPr>
      <w:r>
        <w:rPr>
          <w:noProof/>
          <w:lang w:val="pt-BR"/>
        </w:rPr>
        <w:drawing>
          <wp:anchor distT="0" distB="0" distL="114300" distR="114300" simplePos="0" relativeHeight="251661312" behindDoc="0" locked="0" layoutInCell="1" allowOverlap="1" wp14:anchorId="7EB1CD1B" wp14:editId="27223D16">
            <wp:simplePos x="0" y="0"/>
            <wp:positionH relativeFrom="column">
              <wp:posOffset>447675</wp:posOffset>
            </wp:positionH>
            <wp:positionV relativeFrom="paragraph">
              <wp:posOffset>152400</wp:posOffset>
            </wp:positionV>
            <wp:extent cx="2560411" cy="3867150"/>
            <wp:effectExtent l="0" t="0" r="0" b="0"/>
            <wp:wrapNone/>
            <wp:docPr id="168727067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270676" name="Imagem 168727067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0411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C2D5D6" w14:textId="1C148AFB" w:rsidR="00A944CA" w:rsidRDefault="00A944CA" w:rsidP="00A944CA">
      <w:pPr>
        <w:pStyle w:val="Commarcadores2"/>
        <w:numPr>
          <w:ilvl w:val="0"/>
          <w:numId w:val="0"/>
        </w:numPr>
        <w:rPr>
          <w:lang w:val="pt-BR"/>
        </w:rPr>
      </w:pPr>
    </w:p>
    <w:sectPr w:rsidR="00A944C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2628"/>
        </w:tabs>
        <w:ind w:left="2628" w:hanging="360"/>
      </w:pPr>
      <w:rPr>
        <w:rFonts w:ascii="Symbol" w:hAnsi="Symbol" w:hint="default"/>
      </w:rPr>
    </w:lvl>
  </w:abstractNum>
  <w:num w:numId="1" w16cid:durableId="273485462">
    <w:abstractNumId w:val="8"/>
  </w:num>
  <w:num w:numId="2" w16cid:durableId="1203594619">
    <w:abstractNumId w:val="6"/>
  </w:num>
  <w:num w:numId="3" w16cid:durableId="1368677013">
    <w:abstractNumId w:val="5"/>
  </w:num>
  <w:num w:numId="4" w16cid:durableId="2135755464">
    <w:abstractNumId w:val="4"/>
  </w:num>
  <w:num w:numId="5" w16cid:durableId="1251701051">
    <w:abstractNumId w:val="7"/>
  </w:num>
  <w:num w:numId="6" w16cid:durableId="1781874464">
    <w:abstractNumId w:val="3"/>
  </w:num>
  <w:num w:numId="7" w16cid:durableId="50934251">
    <w:abstractNumId w:val="2"/>
  </w:num>
  <w:num w:numId="8" w16cid:durableId="1680691225">
    <w:abstractNumId w:val="1"/>
  </w:num>
  <w:num w:numId="9" w16cid:durableId="1224414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2460"/>
    <w:rsid w:val="001E021E"/>
    <w:rsid w:val="002465AA"/>
    <w:rsid w:val="0029639D"/>
    <w:rsid w:val="00326F90"/>
    <w:rsid w:val="00467200"/>
    <w:rsid w:val="004B6E3B"/>
    <w:rsid w:val="004C5F8F"/>
    <w:rsid w:val="00516D7F"/>
    <w:rsid w:val="005808EA"/>
    <w:rsid w:val="00651131"/>
    <w:rsid w:val="006C42E5"/>
    <w:rsid w:val="00711A69"/>
    <w:rsid w:val="00722A9F"/>
    <w:rsid w:val="00796327"/>
    <w:rsid w:val="007C5C31"/>
    <w:rsid w:val="00825D58"/>
    <w:rsid w:val="00834CCD"/>
    <w:rsid w:val="00862074"/>
    <w:rsid w:val="008B09AE"/>
    <w:rsid w:val="0090275A"/>
    <w:rsid w:val="00913951"/>
    <w:rsid w:val="009330E4"/>
    <w:rsid w:val="009807C9"/>
    <w:rsid w:val="009B5702"/>
    <w:rsid w:val="00A36254"/>
    <w:rsid w:val="00A75BF1"/>
    <w:rsid w:val="00A944CA"/>
    <w:rsid w:val="00AA1D8D"/>
    <w:rsid w:val="00B416FF"/>
    <w:rsid w:val="00B47730"/>
    <w:rsid w:val="00BF589B"/>
    <w:rsid w:val="00C506C6"/>
    <w:rsid w:val="00C7410B"/>
    <w:rsid w:val="00C84774"/>
    <w:rsid w:val="00CB0664"/>
    <w:rsid w:val="00CC7195"/>
    <w:rsid w:val="00D04A75"/>
    <w:rsid w:val="00D756C8"/>
    <w:rsid w:val="00DD7BF6"/>
    <w:rsid w:val="00E92ACA"/>
    <w:rsid w:val="00EB6EB2"/>
    <w:rsid w:val="00EC1E1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6811E2"/>
  <w14:defaultImageDpi w14:val="300"/>
  <w15:docId w15:val="{5D023916-EF48-4B85-A1E0-F59146740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tabs>
        <w:tab w:val="clear" w:pos="2628"/>
        <w:tab w:val="num" w:pos="360"/>
      </w:tabs>
      <w:ind w:left="360"/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355</Words>
  <Characters>1918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CHIP 5 CRONO</cp:lastModifiedBy>
  <cp:revision>2</cp:revision>
  <cp:lastPrinted>2026-02-12T11:56:00Z</cp:lastPrinted>
  <dcterms:created xsi:type="dcterms:W3CDTF">2026-03-02T11:54:00Z</dcterms:created>
  <dcterms:modified xsi:type="dcterms:W3CDTF">2026-03-02T11:54:00Z</dcterms:modified>
  <cp:category/>
</cp:coreProperties>
</file>